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המשפחה – כל המשפחות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יום המשפחה ואת הרעיון שיש מגוון רחב של צורות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פעילויות שונות לפי שכבות גיל סביב נושא המשפחה והשייכות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הקשור לבית, משפחה וקבלה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לחגוג את כל המשפחות ולחזק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ל׳ בשבט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משפחות של כולנו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להפך, מדגישים מגוון רחב של צורות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בהתאמות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קבלה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פעילות לשכבת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(יסודי א׳–ג׳)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(יסודי ד׳–ו׳)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(חטיבת ביניים)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(תיכון)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ההכנה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שבועיים לפני: לבדוק בעדינות אם יש תלמידים במצבים רגישים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שבוע לפני: להתייעץ עם היועצת על ניסוחים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יום לפני: להכין דוגמאות ציור מגוונות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ביום עצמו: להשתמש במילים 'האנשים שחשובים לכם'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מתאר פעולה או מנהג משותף, בשפה חיובית, ללא צורך לחשוף פרטים אישיים רגישים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שכל ילד וילדה ירגישו מתקבלים, גם אם צורת המשפחה שלהם שונה מהמקובל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חגיגת מגוון משפחות וחיזוק 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פעילות מתאימה שהוזכרה בדף, למשל הבית שלי או לב של אנשים טובים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שהניסוח הפתוח מאפשר לכל ילד להרגיש מתקבל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השיעור, לוודא ברגישות שאין בכיתה תלמידים במצבים מורכבים (פרידה, אובדן, אומנה) ולהתאים את הניסוחים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שיתוף מרצון בלבד בחלקים האישיים, בלי ללחוץ על אף תלמיד לחשוף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בגרסה המקוצרת (ללא הפריטים המסומנים) לכיתות צעירות או לתלמידים הזקוקים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המשפחה – כל המשפחות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יום המשפחה הוא יום מיוחד שמטרתו לחגוג את כל סוגי המשפחות ולחזק את התחושה שכל ילד וילדה שייכים, בלי קשר לצורת הבית שלהם.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משפחות  ·  משפחות  ·  קבלה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המרכזית של יום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לחגוג רק משפחות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לחגוג את כל המשפחות ולחזק שייכות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ללמד בישול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תאריך עברי חל יום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ט׳ באב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ל׳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כ׳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שם הסיפור שמוזכר לכיתות א׳–ג׳?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ילדי הרחוב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משפחות של כולנו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הבית הגדול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מטרת היום היא להראות שיש רק סוג אחד נכון של 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בפעילות 'לב של אנשים טובים' כותבים שמות של אנשים שאכפת להם מהילד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בהתאמה לעולים משתמשים במילים פשוטות עם תמונות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ביום המשפחה חוגגים את כל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פעילות 'פאזל ה__________' מיועדת לכיתות ד׳–ו׳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המילה __________ מתארת תחושה שכל ילד שייך ומתקבל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פעילות לשכבת 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הבית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חטיבת ביניים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פאזל המשפחות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תיכון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מתכון למשפחה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יסודי ד׳–ו׳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דיון סוציולוגי עדין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יסודי א׳–ג׳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ההכנה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עצמו: להשתמש במילים 'האנשים שחשובים לכם'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לפני: להכין דוגמאות ציור מגוונות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שבועיים לפני: לבדוק בעדינות אם יש תלמידים במצבים רגישים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שבוע לפני: להתייעץ עם היועצת על ניסוחים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על משהו שאוהבים לעשות ביחד עם האנשים שחשובים לכם בבית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חשוב להשתמש במילים 'האנשים שחשובים לכם' ולא בתבנית אחת קבועה של משפחה?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המטרה המרכזית של יום המשפחה?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לפעילות המתאימה לכיתות היסוד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המשפחה – כל המשפחות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