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המשפחה – כל המשפחות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המשפחה ואת הרעיון שיש מגוון רחב של צורות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שונות לפי שכבות גיל סביב נושא המשפחה והשייכות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לבית, משפחה וקבלה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לחגוג את כל המשפחות ולחזק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ל׳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הבית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משפחות של כולנו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מתכון למשפחה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להפך, מדגישים מגוון רחב של צורות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מתכון מטפורי עם מילים כמו הקשבה וצחוק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הדיון הסוציולוגי המוזכר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מדבקות, חלקי פאזל, כרטיסי תודה וטושים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א׳–ג׳)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ד׳–ו׳)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(יסודי א׳–ג׳)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ההכנה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לפני: לבדוק בעדינות אם יש תלמידים במצבים 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לפני: להתייעץ עם היועצת על ניסוחים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לפני: להכין דוגמאות ציור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להשתמש במילים 'האנשים שחשובים לכם'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האירוע: לשים לב לתגובות רגשיות ולהציע שיחה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פעולה או מנהג משותף, בשפה חיובית, ללא צורך לחשוף פרטים אישיים 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ילד וילדה ירגישו מתקבלים, גם אם צורת המשפחה שלהם שונה מהמקובל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חגיגת מגוון משפחות וחיזוק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מתאימה שהוזכרה בדף, למשל הבית שלי או לב של אנשים טובים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שהניסוח הפתוח מאפשר לכל ילד להרגיש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השיעור, לוודא ברגישות שאין בכיתה תלמידים במצבים מורכבים (פרידה, אובדן, אומנה) ולהתאים את הניסוחים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מרצון בלבד בחלקים האישיים, בלי ללחוץ על אף תלמיד לחשוף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בגרסה המקוצרת (ללא הפריטים המסומנים) לכיתות צעירות או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המשפחה – כל המשפחות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המשפחה הוא יום מיוחד שמטרתו לחגוג את כל סוגי המשפחות ולחזק את התחושה שכל ילד וילדה שייכים, בלי קשר לצורת הבית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יום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רק משפחות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את כל המשפחות ולחזק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בישול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המשפחה הכי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עברי חל יום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ט׳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ל׳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פעילות מציירים את כל מי שגר איתך או חשוב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של אנשים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 למשפחה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הסיפור שמוזכר לכיתות א׳–ג׳?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משפחות של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פעילות כותבים מתכון עם 'כף של הקשבה'?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מכונת התודה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למשפחה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ומילה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תחושה שכל אחד מתקבל כמו שהוא?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היום היא להראות שיש רק סוג אחד נכון של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'לב של אנשים טובים' כותבים שמות של אנשים שאכפת להם מהילד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ב'מתכון למשפחה טובה' מבשלים אוכל אמיתי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משתמשים במילים פשוטות עם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מתקיים דיון על שינוי מושג המשפחה לאורך הדורות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הציוד הנדרש ליום כולל רק דפי ציור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המשפחה חוגגים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פעילות 'פאזל ה__________' מיועדת לכיתות ד׳–ו׳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תחושה שכל ילד שייך ומתקבל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ב'מכונת ה__________' כותבים כרטיס תודה למישהו שדואג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בחטיבת הביניים מנסחים הגדרה כיתתית למה הופך אנשים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הציוד הנדרש כולל דפי ציור, מדבקות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הבית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ד׳–ו׳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פאזל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יסודי א׳–ג׳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למשפחה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דיון סוציולוגי עדין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א׳–ג׳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לב של אנשים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חטיבת 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ההכנה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דוגמאות ציור מגוונות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לפני: לבדוק בעדינות אם יש תלמידים במצבים רגישים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להשתמש במילים 'האנשים שחשובים לכם'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האירוע: לשים לב לתגובות רגשיות ולהציע שיחה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להתייעץ עם היועצת על ניסוחים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משהו שאוהבים לעשות ביחד עם האנשים שחשובים לכם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להשתמש במילים 'האנשים שחשובים לכם' ולא בתבנית אחת קבועה של 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המרכזית של יום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המתאימה לכיתות היסוד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להשתמש בניסוח פתוח כמו 'אנשים שחשובים לכם'?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המשפחה – כל המשפחות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